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EVP on your careers website audit</w:t>
      </w:r>
    </w:p>
    <w:p>
      <w:r>
        <w:t>Walk your careers website as a candidate. For each page, write what you found and what you will change.</w:t>
      </w:r>
    </w:p>
    <w:p>
      <w:pPr>
        <w:pStyle w:val="Heading2"/>
      </w:pPr>
      <w:r>
        <w:t>Homepage: why this company?</w:t>
      </w:r>
    </w:p>
    <w:p>
      <w:pPr>
        <w:pStyle w:val="ListBullet"/>
      </w:pPr>
      <w:r>
        <w:t>Our first line says:</w:t>
      </w:r>
    </w:p>
    <w:p/>
    <w:p>
      <w:pPr>
        <w:pStyle w:val="ListBullet"/>
      </w:pPr>
      <w:r>
        <w:t>The real person or place shown is:</w:t>
      </w:r>
    </w:p>
    <w:p/>
    <w:p>
      <w:pPr>
        <w:pStyle w:val="ListBullet"/>
      </w:pPr>
      <w:r>
        <w:t>The route into jobs is:</w:t>
      </w:r>
    </w:p>
    <w:p/>
    <w:p>
      <w:pPr>
        <w:pStyle w:val="Heading2"/>
      </w:pPr>
      <w:r>
        <w:t>EVP page: do I believe these people?</w:t>
      </w:r>
    </w:p>
    <w:p>
      <w:pPr>
        <w:pStyle w:val="ListBullet"/>
      </w:pPr>
      <w:r>
        <w:t>The Give we show:</w:t>
      </w:r>
    </w:p>
    <w:p/>
    <w:p>
      <w:pPr>
        <w:pStyle w:val="ListBullet"/>
      </w:pPr>
      <w:r>
        <w:t>The Get we show:</w:t>
      </w:r>
    </w:p>
    <w:p/>
    <w:p>
      <w:pPr>
        <w:pStyle w:val="ListBullet"/>
      </w:pPr>
      <w:r>
        <w:t>The hard truth we state:</w:t>
      </w:r>
    </w:p>
    <w:p/>
    <w:p>
      <w:pPr>
        <w:pStyle w:val="ListBullet"/>
      </w:pPr>
      <w:r>
        <w:t>The proof behind each pillar:</w:t>
      </w:r>
    </w:p>
    <w:p/>
    <w:p>
      <w:pPr>
        <w:pStyle w:val="Heading2"/>
      </w:pPr>
      <w:r>
        <w:t>Teams and job families: where might I fit?</w:t>
      </w:r>
    </w:p>
    <w:p>
      <w:pPr>
        <w:pStyle w:val="ListBullet"/>
      </w:pPr>
      <w:r>
        <w:t>Who thrives here:</w:t>
      </w:r>
    </w:p>
    <w:p/>
    <w:p>
      <w:pPr>
        <w:pStyle w:val="ListBullet"/>
      </w:pPr>
      <w:r>
        <w:t>Who might struggle:</w:t>
      </w:r>
    </w:p>
    <w:p/>
    <w:p>
      <w:pPr>
        <w:pStyle w:val="ListBullet"/>
      </w:pPr>
      <w:r>
        <w:t>The story we link to:</w:t>
      </w:r>
    </w:p>
    <w:p/>
    <w:p>
      <w:pPr>
        <w:pStyle w:val="Heading2"/>
      </w:pPr>
      <w:r>
        <w:t>Job pages: can I see myself here?</w:t>
      </w:r>
    </w:p>
    <w:p>
      <w:pPr>
        <w:pStyle w:val="ListBullet"/>
      </w:pPr>
      <w:r>
        <w:t>The manager note (80 to 150 words):</w:t>
      </w:r>
    </w:p>
    <w:p/>
    <w:p>
      <w:pPr>
        <w:pStyle w:val="ListBullet"/>
      </w:pPr>
      <w:r>
        <w:t>The Give and Get that matter most for this role:</w:t>
      </w:r>
    </w:p>
    <w:p/>
    <w:p>
      <w:pPr>
        <w:pStyle w:val="Heading2"/>
      </w:pPr>
      <w:r>
        <w:t>The quiet corners</w:t>
      </w:r>
    </w:p>
    <w:p>
      <w:pPr>
        <w:pStyle w:val="ListBullet"/>
      </w:pPr>
      <w:r>
        <w:t>FAQ worries we answer:</w:t>
      </w:r>
    </w:p>
    <w:p/>
    <w:p>
      <w:pPr>
        <w:pStyle w:val="ListBullet"/>
      </w:pPr>
      <w:r>
        <w:t>The line in our rejection email:</w:t>
      </w:r>
    </w:p>
    <w:p/>
    <w:p>
      <w:pPr>
        <w:pStyle w:val="ListBullet"/>
      </w:pPr>
      <w:r>
        <w:t>The line on our 404 page:</w:t>
      </w:r>
    </w:p>
    <w:p/>
    <w:p>
      <w:pPr>
        <w:pStyle w:val="Heading2"/>
      </w:pPr>
      <w:r>
        <w:t>Owner and review date</w:t>
      </w:r>
    </w:p>
    <w:p>
      <w:pPr>
        <w:pStyle w:val="ListBullet"/>
      </w:pPr>
      <w:r>
        <w:t>Who owns the EVP content:</w:t>
      </w:r>
    </w:p>
    <w:p/>
    <w:p>
      <w:pPr>
        <w:pStyle w:val="ListBullet"/>
      </w:pPr>
      <w:r>
        <w:t>Next review date:</w:t>
      </w:r>
    </w:p>
    <w:p/>
    <w:p>
      <w:r>
        <w:t>Happydance, November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